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0"/>
          <w:lang w:val="it-IT"/>
        </w:rPr>
      </w:pPr>
      <w:r>
        <w:rPr>
          <w:b/>
          <w:sz w:val="20"/>
          <w:lang w:val="it-IT"/>
        </w:rPr>
        <w:t>Allegato A – MODULO DI ADESIONE</w:t>
      </w:r>
    </w:p>
    <w:p>
      <w:pPr>
        <w:pStyle w:val="Normal"/>
        <w:jc w:val="center"/>
        <w:rPr>
          <w:lang w:val="it-IT"/>
        </w:rPr>
      </w:pPr>
      <w:r>
        <w:rPr>
          <w:b/>
          <w:sz w:val="20"/>
          <w:lang w:val="it-IT"/>
        </w:rPr>
        <w:br/>
        <w:t>Avviso Pubblico SportCity Day 2026</w:t>
        <w:br/>
        <w:t>Siracusa Città Educativa in collaborazione con Fondazione SportCity</w:t>
        <w:br/>
        <w:t>con il patrocinio del Comune di Siracusa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lang w:val="it-IT"/>
        </w:rPr>
        <w:t>Oggetto: Adesione SportCity Day 2026 – [Nome Associazione]</w:t>
      </w:r>
    </w:p>
    <w:p>
      <w:pPr>
        <w:pStyle w:val="Normal"/>
        <w:rPr>
          <w:lang w:val="it-IT"/>
        </w:rPr>
      </w:pPr>
      <w:r>
        <w:rPr>
          <w:lang w:val="it-IT"/>
        </w:rPr>
        <w:t>1. Denominazione Associazione / Società Sportiva / Ente:____________________________________________________________________________</w:t>
      </w:r>
    </w:p>
    <w:p>
      <w:pPr>
        <w:pStyle w:val="Normal"/>
        <w:rPr>
          <w:lang w:val="it-IT"/>
        </w:rPr>
      </w:pPr>
      <w:r>
        <w:rPr>
          <w:lang w:val="it-IT"/>
        </w:rPr>
        <w:t>2. Tipologia soggetto:[  ] ASD/SSD [  ] APS [  ] Cooperativa Sociale [  ] ODV [  ] Scuola [  ] Altro____________________________________________________________________________________________________</w:t>
      </w:r>
    </w:p>
    <w:p>
      <w:pPr>
        <w:pStyle w:val="Normal"/>
        <w:rPr>
          <w:lang w:val="it-IT"/>
        </w:rPr>
      </w:pPr>
      <w:r>
        <w:rPr>
          <w:lang w:val="it-IT"/>
        </w:rPr>
        <w:t>3. Codice Fiscale / P.IVA: ____________________________ Affiliazione (CONI/EPS): ___________________</w:t>
      </w:r>
    </w:p>
    <w:p>
      <w:pPr>
        <w:pStyle w:val="Normal"/>
        <w:rPr>
          <w:lang w:val="it-IT"/>
        </w:rPr>
      </w:pPr>
      <w:r>
        <w:rPr>
          <w:lang w:val="it-IT"/>
        </w:rPr>
        <w:t>4. Sede legale: Via _________________________________________ Città _____________________ CAP __________</w:t>
      </w:r>
    </w:p>
    <w:p>
      <w:pPr>
        <w:pStyle w:val="Normal"/>
        <w:rPr>
          <w:lang w:val="it-IT"/>
        </w:rPr>
      </w:pPr>
      <w:r>
        <w:rPr>
          <w:lang w:val="it-IT"/>
        </w:rPr>
        <w:t>5. Legale Rappresentante: Cognome e Nome ______________________________________________________</w:t>
      </w:r>
    </w:p>
    <w:p>
      <w:pPr>
        <w:pStyle w:val="Normal"/>
        <w:rPr>
          <w:lang w:val="it-IT"/>
        </w:rPr>
      </w:pPr>
      <w:r>
        <w:rPr>
          <w:lang w:val="it-IT"/>
        </w:rPr>
        <w:t>CF ______________________________ Tel ______________________ Email _____________________________________</w:t>
      </w:r>
    </w:p>
    <w:p>
      <w:pPr>
        <w:pStyle w:val="Normal"/>
        <w:rPr>
          <w:lang w:val="it-IT"/>
        </w:rPr>
      </w:pPr>
      <w:r>
        <w:rPr>
          <w:lang w:val="it-IT"/>
        </w:rPr>
        <w:t>6. Referente operativo per evento: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 </w:t>
      </w:r>
      <w:r>
        <w:rPr>
          <w:lang w:val="it-IT"/>
        </w:rPr>
        <w:t>Cognome e Nome _____________________________________________</w:t>
      </w:r>
    </w:p>
    <w:p>
      <w:pPr>
        <w:pStyle w:val="Normal"/>
        <w:rPr>
          <w:lang w:val="it-IT"/>
        </w:rPr>
      </w:pPr>
      <w:r>
        <w:rPr>
          <w:lang w:val="it-IT"/>
        </w:rPr>
        <w:t>Tel __________________________ Email _____________________________</w:t>
      </w:r>
    </w:p>
    <w:p>
      <w:pPr>
        <w:pStyle w:val="Normal"/>
        <w:rPr>
          <w:lang w:val="it-IT"/>
        </w:rPr>
      </w:pPr>
      <w:r>
        <w:rPr>
          <w:lang w:val="it-IT"/>
        </w:rPr>
        <w:t>7. Disciplina/e sportiva/e o attività proposta: ____________________________________________________</w:t>
      </w:r>
    </w:p>
    <w:p>
      <w:pPr>
        <w:pStyle w:val="Normal"/>
        <w:rPr>
          <w:lang w:val="it-IT"/>
        </w:rPr>
      </w:pPr>
      <w:r>
        <w:rPr>
          <w:lang w:val="it-IT"/>
        </w:rPr>
        <w:t>_________________________________________________________________________________________________________</w:t>
      </w:r>
    </w:p>
    <w:p>
      <w:pPr>
        <w:pStyle w:val="Normal"/>
        <w:rPr>
          <w:lang w:val="it-IT"/>
        </w:rPr>
      </w:pPr>
      <w:r>
        <w:rPr>
          <w:lang w:val="it-IT"/>
        </w:rPr>
        <w:t>8. Descrizione sintetica attività proposta per il 20 settembre: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   </w:t>
      </w:r>
      <w:r>
        <w:rPr>
          <w:lang w:val="it-IT"/>
        </w:rPr>
        <w:t>_______________________________________________________________________________________________________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   </w:t>
      </w:r>
      <w:r>
        <w:rPr>
          <w:lang w:val="it-IT"/>
        </w:rPr>
        <w:t>_______________________________________________________________________________________________________</w:t>
      </w:r>
    </w:p>
    <w:p>
      <w:pPr>
        <w:pStyle w:val="Normal"/>
        <w:rPr>
          <w:lang w:val="it-IT"/>
        </w:rPr>
      </w:pPr>
      <w:r>
        <w:rPr>
          <w:lang w:val="it-IT"/>
        </w:rPr>
        <w:t>9. Fascia età destinatari: [ ] 0-5  [ ] 6-10  [ ] 11-14  [ ] 15-18  [ ] Adulti  [ ] Over 65  [ ] Tutte</w:t>
      </w:r>
    </w:p>
    <w:p>
      <w:pPr>
        <w:pStyle w:val="Normal"/>
        <w:rPr>
          <w:lang w:val="it-IT"/>
        </w:rPr>
      </w:pPr>
      <w:r>
        <w:rPr>
          <w:lang w:val="it-IT"/>
        </w:rPr>
        <w:t>10. Spazio richiesto il 20 settembre al Campo Scuola Pippo Di Natale (9-12):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       </w:t>
      </w:r>
      <w:r>
        <w:rPr>
          <w:lang w:val="it-IT"/>
        </w:rPr>
        <w:t>[  ] Gazebo 3x3 (fornito da associazione)  [  ] Punto informativo [  ] Area dimostrativa</w:t>
      </w:r>
    </w:p>
    <w:p>
      <w:pPr>
        <w:pStyle w:val="Normal"/>
        <w:rPr>
          <w:lang w:val="it-IT"/>
        </w:rPr>
      </w:pPr>
      <w:r>
        <w:rPr>
          <w:lang w:val="it-IT"/>
        </w:rPr>
        <w:t>11. Partecipazione al Convegno 12 settembre ore 10-12 Urban Center: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    </w:t>
      </w:r>
      <w:r>
        <w:rPr>
          <w:lang w:val="it-IT"/>
        </w:rPr>
        <w:t xml:space="preserve">[  ] Sì, sarò presente  [  ] No ma aderisco al 20 settembre 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    </w:t>
      </w:r>
      <w:r>
        <w:rPr>
          <w:lang w:val="it-IT"/>
        </w:rPr>
        <w:t>[  ] Invio delegato Sig./Sig.ra _________________________________________</w:t>
      </w:r>
    </w:p>
    <w:p>
      <w:pPr>
        <w:pStyle w:val="Normal"/>
        <w:rPr>
          <w:lang w:val="it-IT"/>
        </w:rPr>
      </w:pPr>
      <w:r>
        <w:rPr>
          <w:lang w:val="it-IT"/>
        </w:rPr>
        <w:t>12. Adesione al Patto per il Movimento di Siracusa: [  ] SI, [  ] NO aderisco</w:t>
      </w:r>
    </w:p>
    <w:p>
      <w:pPr>
        <w:pStyle w:val="Normal"/>
        <w:rPr>
          <w:lang w:val="it-IT"/>
        </w:rPr>
      </w:pPr>
      <w:r>
        <w:rPr>
          <w:lang w:val="it-IT"/>
        </w:rPr>
        <w:t>13. Allegati: [  ] Logo in PNG/JPG  [  ] Foto attività  [  ] Documento legale rappresentante</w:t>
      </w:r>
    </w:p>
    <w:p>
      <w:pPr>
        <w:pStyle w:val="Normal"/>
        <w:rPr>
          <w:b/>
          <w:bCs/>
        </w:rPr>
      </w:pPr>
      <w:r>
        <w:rPr>
          <w:b/>
          <w:bCs/>
          <w:lang w:val="it-IT"/>
        </w:rPr>
        <w:t>DICHIARAZIONI</w:t>
      </w:r>
    </w:p>
    <w:p>
      <w:pPr>
        <w:pStyle w:val="Normal"/>
        <w:rPr>
          <w:lang w:val="it-IT"/>
        </w:rPr>
      </w:pPr>
      <w:r>
        <w:rPr>
          <w:lang w:val="it-IT"/>
        </w:rPr>
        <w:t>- Il sottoscritto dichiara di aver preso visione dell'Avviso Pubblico e di accettarne integralmente i contenuti;</w:t>
      </w:r>
    </w:p>
    <w:p>
      <w:pPr>
        <w:pStyle w:val="Normal"/>
        <w:rPr>
          <w:lang w:val="it-IT"/>
        </w:rPr>
      </w:pPr>
      <w:r>
        <w:rPr>
          <w:lang w:val="it-IT"/>
        </w:rPr>
        <w:t>- Dichiara che le attività proposte saranno gratuite e aperte alla cittadinanza;</w:t>
      </w:r>
    </w:p>
    <w:p>
      <w:pPr>
        <w:pStyle w:val="Normal"/>
        <w:rPr>
          <w:lang w:val="it-IT"/>
        </w:rPr>
      </w:pPr>
      <w:r>
        <w:rPr>
          <w:lang w:val="it-IT"/>
        </w:rPr>
        <w:t>- Dichiara di essere in possesso di copertura assicurativa per i propri istruttori/atleti ove prevista;</w:t>
      </w:r>
    </w:p>
    <w:p>
      <w:pPr>
        <w:pStyle w:val="Normal"/>
        <w:rPr>
          <w:lang w:val="it-IT"/>
        </w:rPr>
      </w:pPr>
      <w:r>
        <w:rPr>
          <w:lang w:val="it-IT"/>
        </w:rPr>
        <w:t>- Autorizza il trattamento dei dati personali ai sensi del GDPR 2016/679 per le finalità dell'avviso.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lang w:val="it-IT"/>
        </w:rPr>
        <w:t>Luogo e data _________________________</w:t>
      </w:r>
    </w:p>
    <w:p>
      <w:pPr>
        <w:pStyle w:val="Normal"/>
        <w:rPr>
          <w:lang w:val="it-IT"/>
        </w:rPr>
      </w:pPr>
      <w:r>
        <w:rPr>
          <w:lang w:val="it-IT"/>
        </w:rPr>
        <w:t>Firma del Legale Rappresentante _____________________________________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Da inviare entro il 10/09/2026 ore 23:59 a: </w:t>
      </w:r>
    </w:p>
    <w:p>
      <w:pPr>
        <w:pStyle w:val="Normal"/>
        <w:rPr>
          <w:lang w:val="it-IT"/>
        </w:rPr>
      </w:pPr>
      <w:hyperlink r:id="rId2">
        <w:r>
          <w:rPr>
            <w:rStyle w:val="Hyperlink"/>
            <w:lang w:val="it-IT"/>
          </w:rPr>
          <w:t>sport@comune.siracusa.it</w:t>
        </w:r>
      </w:hyperlink>
    </w:p>
    <w:p>
      <w:pPr>
        <w:pStyle w:val="Normal"/>
        <w:rPr>
          <w:lang w:val="it-IT"/>
        </w:rPr>
      </w:pPr>
      <w:hyperlink r:id="rId3">
        <w:r>
          <w:rPr>
            <w:rStyle w:val="Hyperlink"/>
            <w:lang w:val="it-IT"/>
          </w:rPr>
          <w:t>cittaeducativa@</w:t>
        </w:r>
        <w:r>
          <w:rPr>
            <w:rStyle w:val="Hyperlink"/>
            <w:lang w:val="it-IT"/>
          </w:rPr>
          <w:t>comune.siracusa.it</w:t>
        </w:r>
      </w:hyperlink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spacing w:before="0" w:after="200"/>
        <w:rPr>
          <w:lang w:val="it-IT"/>
        </w:rPr>
      </w:pPr>
      <w:r>
        <w:rPr>
          <w:lang w:val="it-IT"/>
        </w:rPr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Titolo3Carattere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e618bf"/>
    <w:rPr/>
  </w:style>
  <w:style w:type="character" w:styleId="PidipaginaCarattere" w:customStyle="1">
    <w:name w:val="Piè di pagina Carattere"/>
    <w:basedOn w:val="DefaultParagraphFont"/>
    <w:uiPriority w:val="99"/>
    <w:qFormat/>
    <w:rsid w:val="00e618bf"/>
    <w:rPr/>
  </w:style>
  <w:style w:type="character" w:styleId="Titolo1Carattere" w:customStyle="1">
    <w:name w:val="Titolo 1 Carattere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Titolo2Carattere" w:customStyle="1">
    <w:name w:val="Titolo 2 Carattere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Titolo3Carattere" w:customStyle="1">
    <w:name w:val="Titolo 3 Carattere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oloCarattere" w:customStyle="1">
    <w:name w:val="Titolo Carattere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ottotitoloCarattere" w:customStyle="1">
    <w:name w:val="Sottotitolo Carattere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CorpotestoCarattere" w:customStyle="1">
    <w:name w:val="Corpo testo Carattere"/>
    <w:basedOn w:val="DefaultParagraphFont"/>
    <w:uiPriority w:val="99"/>
    <w:qFormat/>
    <w:rsid w:val="00aa1d8d"/>
    <w:rPr/>
  </w:style>
  <w:style w:type="character" w:styleId="Corpodeltesto2Carattere" w:customStyle="1">
    <w:name w:val="Corpo del testo 2 Carattere"/>
    <w:basedOn w:val="DefaultParagraphFont"/>
    <w:link w:val="BodyText2"/>
    <w:uiPriority w:val="99"/>
    <w:qFormat/>
    <w:rsid w:val="00aa1d8d"/>
    <w:rPr/>
  </w:style>
  <w:style w:type="character" w:styleId="Corpodeltesto3Carattere" w:customStyle="1">
    <w:name w:val="Corpo del testo 3 Carattere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stomacroCarattere" w:customStyle="1">
    <w:name w:val="Testo macro Carattere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oloCarattere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Corpodeltesto2Carattere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Corpodeltesto3Carattere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TestomacroCarattere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zioneCarattere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ito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port@comune.siracusa.it" TargetMode="External"/><Relationship Id="rId3" Type="http://schemas.openxmlformats.org/officeDocument/2006/relationships/hyperlink" Target="mailto:cittaeducativa@comune.siracusa.it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LibreOffice/26.2.5.2$Windows_X86_64 LibreOffice_project/cd7284b4cbbfeb507e630c1aac019f4157393acb</Application>
  <AppVersion>15.0000</AppVersion>
  <Pages>2</Pages>
  <Words>318</Words>
  <Characters>2539</Characters>
  <CharactersWithSpaces>2877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2026-08-13T13:33:00Z</dcterms:created>
  <dc:creator>python-docx</dc:creator>
  <dc:description>generated by python-docx</dc:description>
  <dc:language>it-IT</dc:language>
  <cp:lastModifiedBy/>
  <dcterms:modified xsi:type="dcterms:W3CDTF">2026-08-25T12:58:36Z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